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4375" w:rsidRDefault="00C16C33">
      <w:pPr>
        <w:bidi/>
        <w:jc w:val="center"/>
      </w:pPr>
      <w:r>
        <w:rPr>
          <w:b/>
          <w:bCs/>
          <w:color w:val="584636"/>
          <w:sz w:val="40"/>
          <w:szCs w:val="40"/>
          <w:rtl/>
        </w:rPr>
        <w:t>نموذج</w:t>
      </w:r>
      <w:r>
        <w:rPr>
          <w:b/>
          <w:color w:val="584636"/>
          <w:sz w:val="40"/>
        </w:rPr>
        <w:t xml:space="preserve"> </w:t>
      </w:r>
      <w:r>
        <w:rPr>
          <w:b/>
          <w:bCs/>
          <w:color w:val="584636"/>
          <w:sz w:val="40"/>
          <w:szCs w:val="40"/>
          <w:rtl/>
        </w:rPr>
        <w:t>مراجعة</w:t>
      </w:r>
      <w:r>
        <w:rPr>
          <w:b/>
          <w:color w:val="584636"/>
          <w:sz w:val="40"/>
        </w:rPr>
        <w:t xml:space="preserve"> </w:t>
      </w:r>
      <w:r>
        <w:rPr>
          <w:b/>
          <w:bCs/>
          <w:color w:val="584636"/>
          <w:sz w:val="40"/>
          <w:szCs w:val="40"/>
          <w:rtl/>
        </w:rPr>
        <w:t>عقد</w:t>
      </w:r>
      <w:r>
        <w:rPr>
          <w:b/>
          <w:color w:val="584636"/>
          <w:sz w:val="40"/>
        </w:rPr>
        <w:t xml:space="preserve"> </w:t>
      </w:r>
      <w:r>
        <w:rPr>
          <w:b/>
          <w:bCs/>
          <w:color w:val="584636"/>
          <w:sz w:val="40"/>
          <w:szCs w:val="40"/>
          <w:rtl/>
        </w:rPr>
        <w:t>النكاح</w:t>
      </w:r>
      <w:r>
        <w:rPr>
          <w:b/>
          <w:color w:val="584636"/>
          <w:sz w:val="40"/>
        </w:rPr>
        <w:t xml:space="preserve"> </w:t>
      </w:r>
      <w:r>
        <w:rPr>
          <w:b/>
          <w:bCs/>
          <w:color w:val="584636"/>
          <w:sz w:val="40"/>
          <w:szCs w:val="40"/>
          <w:rtl/>
        </w:rPr>
        <w:t>قبل</w:t>
      </w:r>
      <w:r>
        <w:rPr>
          <w:b/>
          <w:color w:val="584636"/>
          <w:sz w:val="40"/>
        </w:rPr>
        <w:t xml:space="preserve"> </w:t>
      </w:r>
      <w:r>
        <w:rPr>
          <w:b/>
          <w:bCs/>
          <w:color w:val="584636"/>
          <w:sz w:val="40"/>
          <w:szCs w:val="40"/>
          <w:rtl/>
        </w:rPr>
        <w:t>الاعتماد</w:t>
      </w:r>
    </w:p>
    <w:p w:rsidR="003D4375" w:rsidRDefault="00C16C33">
      <w:pPr>
        <w:bidi/>
        <w:jc w:val="center"/>
      </w:pPr>
      <w:r>
        <w:rPr>
          <w:color w:val="78644E"/>
          <w:sz w:val="24"/>
          <w:szCs w:val="24"/>
          <w:rtl/>
        </w:rPr>
        <w:t>نموذج</w:t>
      </w:r>
      <w:r>
        <w:rPr>
          <w:color w:val="78644E"/>
          <w:sz w:val="24"/>
        </w:rPr>
        <w:t xml:space="preserve"> </w:t>
      </w:r>
      <w:r>
        <w:rPr>
          <w:color w:val="78644E"/>
          <w:sz w:val="24"/>
          <w:szCs w:val="24"/>
          <w:rtl/>
        </w:rPr>
        <w:t>استرشادي</w:t>
      </w:r>
      <w:r>
        <w:rPr>
          <w:color w:val="78644E"/>
          <w:sz w:val="24"/>
        </w:rPr>
        <w:t xml:space="preserve"> </w:t>
      </w:r>
      <w:r>
        <w:rPr>
          <w:color w:val="78644E"/>
          <w:sz w:val="24"/>
          <w:szCs w:val="24"/>
          <w:rtl/>
        </w:rPr>
        <w:t>لترتيب</w:t>
      </w:r>
      <w:r>
        <w:rPr>
          <w:color w:val="78644E"/>
          <w:sz w:val="24"/>
        </w:rPr>
        <w:t xml:space="preserve"> </w:t>
      </w:r>
      <w:r>
        <w:rPr>
          <w:color w:val="78644E"/>
          <w:sz w:val="24"/>
          <w:szCs w:val="24"/>
          <w:rtl/>
        </w:rPr>
        <w:t>بيانات</w:t>
      </w:r>
      <w:r>
        <w:rPr>
          <w:color w:val="78644E"/>
          <w:sz w:val="24"/>
        </w:rPr>
        <w:t xml:space="preserve"> </w:t>
      </w:r>
      <w:r>
        <w:rPr>
          <w:color w:val="78644E"/>
          <w:sz w:val="24"/>
          <w:szCs w:val="24"/>
          <w:rtl/>
        </w:rPr>
        <w:t>عقد</w:t>
      </w:r>
      <w:r>
        <w:rPr>
          <w:color w:val="78644E"/>
          <w:sz w:val="24"/>
        </w:rPr>
        <w:t xml:space="preserve"> </w:t>
      </w:r>
      <w:r>
        <w:rPr>
          <w:color w:val="78644E"/>
          <w:sz w:val="24"/>
          <w:szCs w:val="24"/>
          <w:rtl/>
        </w:rPr>
        <w:t>الزواج</w:t>
      </w:r>
      <w:r>
        <w:rPr>
          <w:color w:val="78644E"/>
          <w:sz w:val="24"/>
        </w:rPr>
        <w:t xml:space="preserve"> </w:t>
      </w:r>
      <w:r>
        <w:rPr>
          <w:color w:val="78644E"/>
          <w:sz w:val="24"/>
          <w:szCs w:val="24"/>
          <w:rtl/>
        </w:rPr>
        <w:t>ومراجعة</w:t>
      </w:r>
      <w:r>
        <w:rPr>
          <w:color w:val="78644E"/>
          <w:sz w:val="24"/>
        </w:rPr>
        <w:t xml:space="preserve"> </w:t>
      </w:r>
      <w:r>
        <w:rPr>
          <w:color w:val="78644E"/>
          <w:sz w:val="24"/>
          <w:szCs w:val="24"/>
          <w:rtl/>
        </w:rPr>
        <w:t>الخانات</w:t>
      </w:r>
      <w:r>
        <w:rPr>
          <w:color w:val="78644E"/>
          <w:sz w:val="24"/>
        </w:rPr>
        <w:t xml:space="preserve"> </w:t>
      </w:r>
      <w:r>
        <w:rPr>
          <w:color w:val="78644E"/>
          <w:sz w:val="24"/>
          <w:szCs w:val="24"/>
          <w:rtl/>
        </w:rPr>
        <w:t>الأساسية</w:t>
      </w:r>
    </w:p>
    <w:tbl>
      <w:tblPr>
        <w:tblW w:w="0" w:type="auto"/>
        <w:jc w:val="center"/>
        <w:tblBorders>
          <w:top w:val="single" w:sz="10" w:space="0" w:color="C3922A"/>
          <w:left w:val="single" w:sz="10" w:space="0" w:color="C3922A"/>
          <w:bottom w:val="single" w:sz="10" w:space="0" w:color="C3922A"/>
          <w:right w:val="single" w:sz="10" w:space="0" w:color="C3922A"/>
          <w:insideH w:val="single" w:sz="10" w:space="0" w:color="C3922A"/>
          <w:insideV w:val="single" w:sz="10" w:space="0" w:color="C3922A"/>
        </w:tblBorders>
        <w:tblLook w:val="04A0" w:firstRow="1" w:lastRow="0" w:firstColumn="1" w:lastColumn="0" w:noHBand="0" w:noVBand="1"/>
      </w:tblPr>
      <w:tblGrid>
        <w:gridCol w:w="10426"/>
      </w:tblGrid>
      <w:tr w:rsidR="003D4375">
        <w:trPr>
          <w:jc w:val="center"/>
        </w:trPr>
        <w:tc>
          <w:tcPr>
            <w:tcW w:w="10426" w:type="dxa"/>
            <w:shd w:val="clear" w:color="auto" w:fill="FBF7EF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b/>
                <w:color w:val="584636"/>
                <w:sz w:val="21"/>
                <w:rtl/>
              </w:rPr>
              <w:t xml:space="preserve">تنبيه مهم: هذا النموذج استرشادي لمراجعة البيانات قبل </w:t>
            </w:r>
            <w:r w:rsidR="0090127B">
              <w:rPr>
                <w:b/>
                <w:color w:val="584636"/>
                <w:sz w:val="21"/>
                <w:rtl/>
              </w:rPr>
              <w:t>التوثيق، ولا يعد عقد زواج رسمي</w:t>
            </w:r>
            <w:r w:rsidR="0090127B">
              <w:rPr>
                <w:rFonts w:hint="cs"/>
                <w:b/>
                <w:color w:val="584636"/>
                <w:sz w:val="21"/>
                <w:rtl/>
              </w:rPr>
              <w:t>اً</w:t>
            </w:r>
            <w:bookmarkStart w:id="0" w:name="_GoBack"/>
            <w:bookmarkEnd w:id="0"/>
            <w:r>
              <w:rPr>
                <w:b/>
                <w:color w:val="584636"/>
                <w:sz w:val="21"/>
                <w:rtl/>
              </w:rPr>
              <w:t xml:space="preserve"> ولا يغني عن إنشاء العقد أو توثيقه عبر الجهة المختصة أو اعتماد مأذون</w:t>
            </w:r>
            <w:r>
              <w:rPr>
                <w:b/>
                <w:color w:val="584636"/>
                <w:sz w:val="21"/>
                <w:rtl/>
              </w:rPr>
              <w:t xml:space="preserve"> الأنكحة.</w:t>
            </w:r>
          </w:p>
        </w:tc>
      </w:tr>
    </w:tbl>
    <w:p w:rsidR="003D4375" w:rsidRDefault="00C16C33">
      <w:pPr>
        <w:bidi/>
        <w:jc w:val="right"/>
      </w:pPr>
      <w:r>
        <w:rPr>
          <w:b/>
          <w:color w:val="584636"/>
          <w:sz w:val="28"/>
        </w:rPr>
        <w:t xml:space="preserve">1. </w:t>
      </w:r>
      <w:r>
        <w:rPr>
          <w:b/>
          <w:bCs/>
          <w:color w:val="584636"/>
          <w:sz w:val="28"/>
          <w:szCs w:val="28"/>
          <w:rtl/>
        </w:rPr>
        <w:t>بيانات</w:t>
      </w:r>
      <w:r>
        <w:rPr>
          <w:b/>
          <w:color w:val="584636"/>
          <w:sz w:val="28"/>
        </w:rPr>
        <w:t xml:space="preserve"> </w:t>
      </w:r>
      <w:r>
        <w:rPr>
          <w:b/>
          <w:bCs/>
          <w:color w:val="584636"/>
          <w:sz w:val="28"/>
          <w:szCs w:val="28"/>
          <w:rtl/>
        </w:rPr>
        <w:t>الزوج</w:t>
      </w:r>
    </w:p>
    <w:tbl>
      <w:tblPr>
        <w:tblW w:w="0" w:type="auto"/>
        <w:jc w:val="center"/>
        <w:tblBorders>
          <w:top w:val="single" w:sz="8" w:space="0" w:color="B8A27A"/>
          <w:left w:val="single" w:sz="8" w:space="0" w:color="B8A27A"/>
          <w:bottom w:val="single" w:sz="8" w:space="0" w:color="B8A27A"/>
          <w:right w:val="single" w:sz="8" w:space="0" w:color="B8A27A"/>
          <w:insideH w:val="single" w:sz="8" w:space="0" w:color="B8A27A"/>
          <w:insideV w:val="single" w:sz="8" w:space="0" w:color="B8A27A"/>
        </w:tblBorders>
        <w:tblLook w:val="04A0" w:firstRow="1" w:lastRow="0" w:firstColumn="1" w:lastColumn="0" w:noHBand="0" w:noVBand="1"/>
      </w:tblPr>
      <w:tblGrid>
        <w:gridCol w:w="5213"/>
        <w:gridCol w:w="5213"/>
      </w:tblGrid>
      <w:tr w:rsidR="003D4375">
        <w:trPr>
          <w:jc w:val="center"/>
        </w:trPr>
        <w:tc>
          <w:tcPr>
            <w:tcW w:w="5213" w:type="dxa"/>
            <w:shd w:val="clear" w:color="auto" w:fill="584636"/>
          </w:tcPr>
          <w:p w:rsidR="003D4375" w:rsidRDefault="00C16C33">
            <w:pPr>
              <w:bidi/>
              <w:jc w:val="right"/>
            </w:pPr>
            <w:r>
              <w:rPr>
                <w:b/>
                <w:color w:val="FFFFFF"/>
                <w:sz w:val="21"/>
                <w:rtl/>
              </w:rPr>
              <w:t>البيان</w:t>
            </w:r>
          </w:p>
        </w:tc>
        <w:tc>
          <w:tcPr>
            <w:tcW w:w="5213" w:type="dxa"/>
            <w:shd w:val="clear" w:color="auto" w:fill="584636"/>
          </w:tcPr>
          <w:p w:rsidR="003D4375" w:rsidRDefault="00C16C33">
            <w:pPr>
              <w:bidi/>
              <w:jc w:val="right"/>
            </w:pPr>
            <w:r>
              <w:rPr>
                <w:b/>
                <w:color w:val="FFFFFF"/>
                <w:sz w:val="21"/>
                <w:rtl/>
              </w:rPr>
              <w:t>المعلومات المطلوب تعبئتها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الاسم الكامل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رقم الهوية / الإقامة / الجواز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الجنسية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تاريخ الميلاد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الحالة الاجتماعية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أعزب / مطلق / أرمل / أخرى: ....................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رقم التواصل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</w:t>
            </w:r>
            <w:r>
              <w:rPr>
                <w:sz w:val="20"/>
                <w:rtl/>
              </w:rPr>
              <w:t>.........</w:t>
            </w:r>
          </w:p>
        </w:tc>
      </w:tr>
    </w:tbl>
    <w:p w:rsidR="003D4375" w:rsidRDefault="00C16C33">
      <w:pPr>
        <w:bidi/>
        <w:jc w:val="right"/>
      </w:pPr>
      <w:r>
        <w:rPr>
          <w:b/>
          <w:color w:val="584636"/>
          <w:sz w:val="28"/>
        </w:rPr>
        <w:t xml:space="preserve">2. </w:t>
      </w:r>
      <w:r>
        <w:rPr>
          <w:b/>
          <w:bCs/>
          <w:color w:val="584636"/>
          <w:sz w:val="28"/>
          <w:szCs w:val="28"/>
          <w:rtl/>
        </w:rPr>
        <w:t>بيانات</w:t>
      </w:r>
      <w:r>
        <w:rPr>
          <w:b/>
          <w:color w:val="584636"/>
          <w:sz w:val="28"/>
        </w:rPr>
        <w:t xml:space="preserve"> </w:t>
      </w:r>
      <w:r>
        <w:rPr>
          <w:b/>
          <w:bCs/>
          <w:color w:val="584636"/>
          <w:sz w:val="28"/>
          <w:szCs w:val="28"/>
          <w:rtl/>
        </w:rPr>
        <w:t>الزوجة</w:t>
      </w:r>
    </w:p>
    <w:tbl>
      <w:tblPr>
        <w:tblW w:w="0" w:type="auto"/>
        <w:jc w:val="center"/>
        <w:tblBorders>
          <w:top w:val="single" w:sz="8" w:space="0" w:color="B8A27A"/>
          <w:left w:val="single" w:sz="8" w:space="0" w:color="B8A27A"/>
          <w:bottom w:val="single" w:sz="8" w:space="0" w:color="B8A27A"/>
          <w:right w:val="single" w:sz="8" w:space="0" w:color="B8A27A"/>
          <w:insideH w:val="single" w:sz="8" w:space="0" w:color="B8A27A"/>
          <w:insideV w:val="single" w:sz="8" w:space="0" w:color="B8A27A"/>
        </w:tblBorders>
        <w:tblLook w:val="04A0" w:firstRow="1" w:lastRow="0" w:firstColumn="1" w:lastColumn="0" w:noHBand="0" w:noVBand="1"/>
      </w:tblPr>
      <w:tblGrid>
        <w:gridCol w:w="5213"/>
        <w:gridCol w:w="5213"/>
      </w:tblGrid>
      <w:tr w:rsidR="003D4375">
        <w:trPr>
          <w:jc w:val="center"/>
        </w:trPr>
        <w:tc>
          <w:tcPr>
            <w:tcW w:w="5213" w:type="dxa"/>
            <w:shd w:val="clear" w:color="auto" w:fill="584636"/>
          </w:tcPr>
          <w:p w:rsidR="003D4375" w:rsidRDefault="00C16C33">
            <w:pPr>
              <w:bidi/>
              <w:jc w:val="right"/>
            </w:pPr>
            <w:r>
              <w:rPr>
                <w:b/>
                <w:color w:val="FFFFFF"/>
                <w:sz w:val="21"/>
                <w:rtl/>
              </w:rPr>
              <w:t>البيان</w:t>
            </w:r>
          </w:p>
        </w:tc>
        <w:tc>
          <w:tcPr>
            <w:tcW w:w="5213" w:type="dxa"/>
            <w:shd w:val="clear" w:color="auto" w:fill="584636"/>
          </w:tcPr>
          <w:p w:rsidR="003D4375" w:rsidRDefault="00C16C33">
            <w:pPr>
              <w:bidi/>
              <w:jc w:val="right"/>
            </w:pPr>
            <w:r>
              <w:rPr>
                <w:b/>
                <w:color w:val="FFFFFF"/>
                <w:sz w:val="21"/>
                <w:rtl/>
              </w:rPr>
              <w:t>المعلومات المطلوب تعبئتها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الاسم الكامل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رقم الهوية / الإقامة / الجواز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الجنسية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تاريخ الميلاد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الحالة الاجتماعية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بكر / مطلقة / أرملة / أخرى: ....................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مستند الحالة السابقة إن وجد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 xml:space="preserve">رقم وثيقة طلاق / وفاة / غير </w:t>
            </w:r>
            <w:r>
              <w:rPr>
                <w:sz w:val="20"/>
                <w:rtl/>
              </w:rPr>
              <w:t>ذلك: ....................</w:t>
            </w:r>
          </w:p>
        </w:tc>
      </w:tr>
    </w:tbl>
    <w:p w:rsidR="003D4375" w:rsidRDefault="00C16C33">
      <w:pPr>
        <w:bidi/>
        <w:jc w:val="right"/>
      </w:pPr>
      <w:r>
        <w:rPr>
          <w:b/>
          <w:color w:val="584636"/>
          <w:sz w:val="28"/>
        </w:rPr>
        <w:t xml:space="preserve">3. </w:t>
      </w:r>
      <w:r>
        <w:rPr>
          <w:b/>
          <w:bCs/>
          <w:color w:val="584636"/>
          <w:sz w:val="28"/>
          <w:szCs w:val="28"/>
          <w:rtl/>
        </w:rPr>
        <w:t>بيانات</w:t>
      </w:r>
      <w:r>
        <w:rPr>
          <w:b/>
          <w:color w:val="584636"/>
          <w:sz w:val="28"/>
        </w:rPr>
        <w:t xml:space="preserve"> </w:t>
      </w:r>
      <w:r>
        <w:rPr>
          <w:b/>
          <w:bCs/>
          <w:color w:val="584636"/>
          <w:sz w:val="28"/>
          <w:szCs w:val="28"/>
          <w:rtl/>
        </w:rPr>
        <w:t>الولي</w:t>
      </w:r>
      <w:r>
        <w:rPr>
          <w:b/>
          <w:color w:val="584636"/>
          <w:sz w:val="28"/>
        </w:rPr>
        <w:t xml:space="preserve"> </w:t>
      </w:r>
      <w:r>
        <w:rPr>
          <w:b/>
          <w:bCs/>
          <w:color w:val="584636"/>
          <w:sz w:val="28"/>
          <w:szCs w:val="28"/>
          <w:rtl/>
        </w:rPr>
        <w:t>والشهود</w:t>
      </w:r>
    </w:p>
    <w:tbl>
      <w:tblPr>
        <w:tblW w:w="0" w:type="auto"/>
        <w:jc w:val="center"/>
        <w:tblBorders>
          <w:top w:val="single" w:sz="8" w:space="0" w:color="B8A27A"/>
          <w:left w:val="single" w:sz="8" w:space="0" w:color="B8A27A"/>
          <w:bottom w:val="single" w:sz="8" w:space="0" w:color="B8A27A"/>
          <w:right w:val="single" w:sz="8" w:space="0" w:color="B8A27A"/>
          <w:insideH w:val="single" w:sz="8" w:space="0" w:color="B8A27A"/>
          <w:insideV w:val="single" w:sz="8" w:space="0" w:color="B8A27A"/>
        </w:tblBorders>
        <w:tblLook w:val="04A0" w:firstRow="1" w:lastRow="0" w:firstColumn="1" w:lastColumn="0" w:noHBand="0" w:noVBand="1"/>
      </w:tblPr>
      <w:tblGrid>
        <w:gridCol w:w="5213"/>
        <w:gridCol w:w="5213"/>
      </w:tblGrid>
      <w:tr w:rsidR="003D4375">
        <w:trPr>
          <w:jc w:val="center"/>
        </w:trPr>
        <w:tc>
          <w:tcPr>
            <w:tcW w:w="5213" w:type="dxa"/>
            <w:shd w:val="clear" w:color="auto" w:fill="584636"/>
          </w:tcPr>
          <w:p w:rsidR="003D4375" w:rsidRDefault="00C16C33">
            <w:pPr>
              <w:bidi/>
              <w:jc w:val="right"/>
            </w:pPr>
            <w:r>
              <w:rPr>
                <w:b/>
                <w:color w:val="FFFFFF"/>
                <w:sz w:val="21"/>
                <w:rtl/>
              </w:rPr>
              <w:t>البيان</w:t>
            </w:r>
          </w:p>
        </w:tc>
        <w:tc>
          <w:tcPr>
            <w:tcW w:w="5213" w:type="dxa"/>
            <w:shd w:val="clear" w:color="auto" w:fill="584636"/>
          </w:tcPr>
          <w:p w:rsidR="003D4375" w:rsidRDefault="00C16C33">
            <w:pPr>
              <w:bidi/>
              <w:jc w:val="right"/>
            </w:pPr>
            <w:r>
              <w:rPr>
                <w:b/>
                <w:color w:val="FFFFFF"/>
                <w:sz w:val="21"/>
                <w:rtl/>
              </w:rPr>
              <w:t>المعلومات المطلوب تعبئتها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اسم الولي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صلة الولي بالزوجة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رقم هوية الولي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اسم الشاهد الأول ورقم هويته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اسم الشاهد الثاني ورقم هويته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</w:t>
            </w:r>
          </w:p>
        </w:tc>
      </w:tr>
    </w:tbl>
    <w:p w:rsidR="003D4375" w:rsidRDefault="00C16C33">
      <w:pPr>
        <w:bidi/>
        <w:jc w:val="right"/>
      </w:pPr>
      <w:r>
        <w:rPr>
          <w:b/>
          <w:color w:val="584636"/>
          <w:sz w:val="28"/>
        </w:rPr>
        <w:t xml:space="preserve">4. </w:t>
      </w:r>
      <w:r>
        <w:rPr>
          <w:b/>
          <w:bCs/>
          <w:color w:val="584636"/>
          <w:sz w:val="28"/>
          <w:szCs w:val="28"/>
          <w:rtl/>
        </w:rPr>
        <w:t>المهر</w:t>
      </w:r>
      <w:r>
        <w:rPr>
          <w:b/>
          <w:color w:val="584636"/>
          <w:sz w:val="28"/>
        </w:rPr>
        <w:t xml:space="preserve"> </w:t>
      </w:r>
      <w:r>
        <w:rPr>
          <w:b/>
          <w:bCs/>
          <w:color w:val="584636"/>
          <w:sz w:val="28"/>
          <w:szCs w:val="28"/>
          <w:rtl/>
        </w:rPr>
        <w:t>والالتزامات</w:t>
      </w:r>
      <w:r>
        <w:rPr>
          <w:b/>
          <w:color w:val="584636"/>
          <w:sz w:val="28"/>
        </w:rPr>
        <w:t xml:space="preserve"> </w:t>
      </w:r>
      <w:r>
        <w:rPr>
          <w:b/>
          <w:bCs/>
          <w:color w:val="584636"/>
          <w:sz w:val="28"/>
          <w:szCs w:val="28"/>
          <w:rtl/>
        </w:rPr>
        <w:t>المالية</w:t>
      </w:r>
    </w:p>
    <w:tbl>
      <w:tblPr>
        <w:tblW w:w="0" w:type="auto"/>
        <w:jc w:val="center"/>
        <w:tblBorders>
          <w:top w:val="single" w:sz="8" w:space="0" w:color="B8A27A"/>
          <w:left w:val="single" w:sz="8" w:space="0" w:color="B8A27A"/>
          <w:bottom w:val="single" w:sz="8" w:space="0" w:color="B8A27A"/>
          <w:right w:val="single" w:sz="8" w:space="0" w:color="B8A27A"/>
          <w:insideH w:val="single" w:sz="8" w:space="0" w:color="B8A27A"/>
          <w:insideV w:val="single" w:sz="8" w:space="0" w:color="B8A27A"/>
        </w:tblBorders>
        <w:tblLook w:val="04A0" w:firstRow="1" w:lastRow="0" w:firstColumn="1" w:lastColumn="0" w:noHBand="0" w:noVBand="1"/>
      </w:tblPr>
      <w:tblGrid>
        <w:gridCol w:w="5213"/>
        <w:gridCol w:w="5213"/>
      </w:tblGrid>
      <w:tr w:rsidR="003D4375">
        <w:trPr>
          <w:jc w:val="center"/>
        </w:trPr>
        <w:tc>
          <w:tcPr>
            <w:tcW w:w="5213" w:type="dxa"/>
            <w:shd w:val="clear" w:color="auto" w:fill="584636"/>
          </w:tcPr>
          <w:p w:rsidR="003D4375" w:rsidRDefault="00C16C33">
            <w:pPr>
              <w:bidi/>
              <w:jc w:val="right"/>
            </w:pPr>
            <w:r>
              <w:rPr>
                <w:b/>
                <w:color w:val="FFFFFF"/>
                <w:sz w:val="21"/>
                <w:rtl/>
              </w:rPr>
              <w:t>البيان</w:t>
            </w:r>
          </w:p>
        </w:tc>
        <w:tc>
          <w:tcPr>
            <w:tcW w:w="5213" w:type="dxa"/>
            <w:shd w:val="clear" w:color="auto" w:fill="584636"/>
          </w:tcPr>
          <w:p w:rsidR="003D4375" w:rsidRDefault="00C16C33">
            <w:pPr>
              <w:bidi/>
              <w:jc w:val="right"/>
            </w:pPr>
            <w:r>
              <w:rPr>
                <w:b/>
                <w:color w:val="FFFFFF"/>
                <w:sz w:val="21"/>
                <w:rtl/>
              </w:rPr>
              <w:t>المعلومات المطلوب تعبئتها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إجمالي المهر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 ريال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المهر المقبوض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 ريال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المهر المؤجل / المؤخر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 ريال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وقت استحقاق المؤجل إن وجد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ملاحظات مالية إضافية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</w:t>
            </w:r>
          </w:p>
        </w:tc>
      </w:tr>
    </w:tbl>
    <w:p w:rsidR="003D4375" w:rsidRDefault="00C16C33">
      <w:pPr>
        <w:bidi/>
        <w:jc w:val="right"/>
      </w:pPr>
      <w:r>
        <w:rPr>
          <w:b/>
          <w:bCs/>
          <w:color w:val="584636"/>
          <w:sz w:val="24"/>
          <w:szCs w:val="24"/>
          <w:rtl/>
        </w:rPr>
        <w:t>صيغة</w:t>
      </w:r>
      <w:r>
        <w:rPr>
          <w:b/>
          <w:color w:val="584636"/>
          <w:sz w:val="24"/>
        </w:rPr>
        <w:t xml:space="preserve"> </w:t>
      </w:r>
      <w:r>
        <w:rPr>
          <w:b/>
          <w:bCs/>
          <w:color w:val="584636"/>
          <w:sz w:val="24"/>
          <w:szCs w:val="24"/>
          <w:rtl/>
        </w:rPr>
        <w:t>استرشادية</w:t>
      </w:r>
      <w:r>
        <w:rPr>
          <w:b/>
          <w:color w:val="584636"/>
          <w:sz w:val="24"/>
        </w:rPr>
        <w:t xml:space="preserve"> </w:t>
      </w:r>
      <w:r>
        <w:rPr>
          <w:b/>
          <w:bCs/>
          <w:color w:val="584636"/>
          <w:sz w:val="24"/>
          <w:szCs w:val="24"/>
          <w:rtl/>
        </w:rPr>
        <w:t>للمهر</w:t>
      </w:r>
    </w:p>
    <w:p w:rsidR="003D4375" w:rsidRDefault="00C16C33">
      <w:pPr>
        <w:bidi/>
        <w:jc w:val="right"/>
      </w:pPr>
      <w:r>
        <w:rPr>
          <w:sz w:val="21"/>
          <w:szCs w:val="21"/>
          <w:rtl/>
        </w:rPr>
        <w:t>تم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الاتفا</w:t>
      </w:r>
      <w:r>
        <w:rPr>
          <w:sz w:val="21"/>
          <w:szCs w:val="21"/>
          <w:rtl/>
        </w:rPr>
        <w:t>ق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على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مهر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قدره</w:t>
      </w:r>
      <w:r>
        <w:rPr>
          <w:sz w:val="21"/>
        </w:rPr>
        <w:t xml:space="preserve"> (..............) </w:t>
      </w:r>
      <w:r>
        <w:rPr>
          <w:sz w:val="21"/>
          <w:szCs w:val="21"/>
          <w:rtl/>
        </w:rPr>
        <w:t>ريال،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قبضت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الزوجة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منه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مبلغ</w:t>
      </w:r>
      <w:r>
        <w:rPr>
          <w:sz w:val="21"/>
        </w:rPr>
        <w:t xml:space="preserve"> (..............) </w:t>
      </w:r>
      <w:r>
        <w:rPr>
          <w:sz w:val="21"/>
          <w:szCs w:val="21"/>
          <w:rtl/>
        </w:rPr>
        <w:t>ريال،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وبقي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مبلغ</w:t>
      </w:r>
      <w:r>
        <w:rPr>
          <w:sz w:val="21"/>
        </w:rPr>
        <w:t xml:space="preserve"> (..............) </w:t>
      </w:r>
      <w:r>
        <w:rPr>
          <w:sz w:val="21"/>
          <w:szCs w:val="21"/>
          <w:rtl/>
        </w:rPr>
        <w:t>ريال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مؤجلًا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بحسب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اتفاق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الطرفين</w:t>
      </w:r>
      <w:r>
        <w:rPr>
          <w:sz w:val="21"/>
        </w:rPr>
        <w:t>.</w:t>
      </w:r>
    </w:p>
    <w:p w:rsidR="003D4375" w:rsidRDefault="00C16C33">
      <w:pPr>
        <w:bidi/>
        <w:jc w:val="right"/>
      </w:pPr>
      <w:r>
        <w:rPr>
          <w:b/>
          <w:color w:val="584636"/>
          <w:sz w:val="28"/>
        </w:rPr>
        <w:t xml:space="preserve">5. </w:t>
      </w:r>
      <w:r>
        <w:rPr>
          <w:b/>
          <w:bCs/>
          <w:color w:val="584636"/>
          <w:sz w:val="28"/>
          <w:szCs w:val="28"/>
          <w:rtl/>
        </w:rPr>
        <w:t>الشروط</w:t>
      </w:r>
      <w:r>
        <w:rPr>
          <w:b/>
          <w:color w:val="584636"/>
          <w:sz w:val="28"/>
        </w:rPr>
        <w:t xml:space="preserve"> </w:t>
      </w:r>
      <w:r>
        <w:rPr>
          <w:b/>
          <w:bCs/>
          <w:color w:val="584636"/>
          <w:sz w:val="28"/>
          <w:szCs w:val="28"/>
          <w:rtl/>
        </w:rPr>
        <w:t>الخاصة</w:t>
      </w:r>
      <w:r>
        <w:rPr>
          <w:b/>
          <w:color w:val="584636"/>
          <w:sz w:val="28"/>
        </w:rPr>
        <w:t xml:space="preserve"> </w:t>
      </w:r>
      <w:r>
        <w:rPr>
          <w:b/>
          <w:bCs/>
          <w:color w:val="584636"/>
          <w:sz w:val="28"/>
          <w:szCs w:val="28"/>
          <w:rtl/>
        </w:rPr>
        <w:t>في</w:t>
      </w:r>
      <w:r>
        <w:rPr>
          <w:b/>
          <w:color w:val="584636"/>
          <w:sz w:val="28"/>
        </w:rPr>
        <w:t xml:space="preserve"> </w:t>
      </w:r>
      <w:r>
        <w:rPr>
          <w:b/>
          <w:bCs/>
          <w:color w:val="584636"/>
          <w:sz w:val="28"/>
          <w:szCs w:val="28"/>
          <w:rtl/>
        </w:rPr>
        <w:t>عقد</w:t>
      </w:r>
      <w:r>
        <w:rPr>
          <w:b/>
          <w:color w:val="584636"/>
          <w:sz w:val="28"/>
        </w:rPr>
        <w:t xml:space="preserve"> </w:t>
      </w:r>
      <w:r>
        <w:rPr>
          <w:b/>
          <w:bCs/>
          <w:color w:val="584636"/>
          <w:sz w:val="28"/>
          <w:szCs w:val="28"/>
          <w:rtl/>
        </w:rPr>
        <w:t>الزواج</w:t>
      </w:r>
    </w:p>
    <w:tbl>
      <w:tblPr>
        <w:tblW w:w="0" w:type="auto"/>
        <w:jc w:val="center"/>
        <w:tblBorders>
          <w:top w:val="single" w:sz="8" w:space="0" w:color="B8A27A"/>
          <w:left w:val="single" w:sz="8" w:space="0" w:color="B8A27A"/>
          <w:bottom w:val="single" w:sz="8" w:space="0" w:color="B8A27A"/>
          <w:right w:val="single" w:sz="8" w:space="0" w:color="B8A27A"/>
          <w:insideH w:val="single" w:sz="8" w:space="0" w:color="B8A27A"/>
          <w:insideV w:val="single" w:sz="8" w:space="0" w:color="B8A27A"/>
        </w:tblBorders>
        <w:tblLook w:val="04A0" w:firstRow="1" w:lastRow="0" w:firstColumn="1" w:lastColumn="0" w:noHBand="0" w:noVBand="1"/>
      </w:tblPr>
      <w:tblGrid>
        <w:gridCol w:w="5213"/>
        <w:gridCol w:w="5213"/>
      </w:tblGrid>
      <w:tr w:rsidR="003D4375">
        <w:trPr>
          <w:jc w:val="center"/>
        </w:trPr>
        <w:tc>
          <w:tcPr>
            <w:tcW w:w="5213" w:type="dxa"/>
            <w:shd w:val="clear" w:color="auto" w:fill="584636"/>
          </w:tcPr>
          <w:p w:rsidR="003D4375" w:rsidRDefault="00C16C33">
            <w:pPr>
              <w:bidi/>
              <w:jc w:val="right"/>
            </w:pPr>
            <w:r>
              <w:rPr>
                <w:b/>
                <w:color w:val="FFFFFF"/>
                <w:sz w:val="21"/>
                <w:rtl/>
              </w:rPr>
              <w:t>البيان</w:t>
            </w:r>
          </w:p>
        </w:tc>
        <w:tc>
          <w:tcPr>
            <w:tcW w:w="5213" w:type="dxa"/>
            <w:shd w:val="clear" w:color="auto" w:fill="584636"/>
          </w:tcPr>
          <w:p w:rsidR="003D4375" w:rsidRDefault="00C16C33">
            <w:pPr>
              <w:bidi/>
              <w:jc w:val="right"/>
            </w:pPr>
            <w:r>
              <w:rPr>
                <w:b/>
                <w:color w:val="FFFFFF"/>
                <w:sz w:val="21"/>
                <w:rtl/>
              </w:rPr>
              <w:t>المعلومات المطلوب تعبئتها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شرط السكن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شرط العمل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شرط الدراسة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شرط الانتقال أو الإقامة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شروط أخرى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........................................................</w:t>
            </w:r>
          </w:p>
        </w:tc>
      </w:tr>
    </w:tbl>
    <w:p w:rsidR="003D4375" w:rsidRDefault="00C16C33">
      <w:pPr>
        <w:bidi/>
        <w:jc w:val="right"/>
      </w:pPr>
      <w:r>
        <w:rPr>
          <w:b/>
          <w:bCs/>
          <w:color w:val="584636"/>
          <w:sz w:val="24"/>
          <w:szCs w:val="24"/>
          <w:rtl/>
        </w:rPr>
        <w:t>أمثلة</w:t>
      </w:r>
      <w:r>
        <w:rPr>
          <w:b/>
          <w:color w:val="584636"/>
          <w:sz w:val="24"/>
        </w:rPr>
        <w:t xml:space="preserve"> </w:t>
      </w:r>
      <w:r>
        <w:rPr>
          <w:b/>
          <w:bCs/>
          <w:color w:val="584636"/>
          <w:sz w:val="24"/>
          <w:szCs w:val="24"/>
          <w:rtl/>
        </w:rPr>
        <w:t>لصياغة</w:t>
      </w:r>
      <w:r>
        <w:rPr>
          <w:b/>
          <w:color w:val="584636"/>
          <w:sz w:val="24"/>
        </w:rPr>
        <w:t xml:space="preserve"> </w:t>
      </w:r>
      <w:r>
        <w:rPr>
          <w:b/>
          <w:bCs/>
          <w:color w:val="584636"/>
          <w:sz w:val="24"/>
          <w:szCs w:val="24"/>
          <w:rtl/>
        </w:rPr>
        <w:t>أوضح</w:t>
      </w:r>
    </w:p>
    <w:tbl>
      <w:tblPr>
        <w:tblW w:w="0" w:type="auto"/>
        <w:jc w:val="center"/>
        <w:tblBorders>
          <w:top w:val="single" w:sz="8" w:space="0" w:color="B8A27A"/>
          <w:left w:val="single" w:sz="8" w:space="0" w:color="B8A27A"/>
          <w:bottom w:val="single" w:sz="8" w:space="0" w:color="B8A27A"/>
          <w:right w:val="single" w:sz="8" w:space="0" w:color="B8A27A"/>
          <w:insideH w:val="single" w:sz="8" w:space="0" w:color="B8A27A"/>
          <w:insideV w:val="single" w:sz="8" w:space="0" w:color="B8A27A"/>
        </w:tblBorders>
        <w:tblLook w:val="04A0" w:firstRow="1" w:lastRow="0" w:firstColumn="1" w:lastColumn="0" w:noHBand="0" w:noVBand="1"/>
      </w:tblPr>
      <w:tblGrid>
        <w:gridCol w:w="5213"/>
        <w:gridCol w:w="5213"/>
      </w:tblGrid>
      <w:tr w:rsidR="003D4375">
        <w:trPr>
          <w:jc w:val="center"/>
        </w:trPr>
        <w:tc>
          <w:tcPr>
            <w:tcW w:w="5213" w:type="dxa"/>
            <w:shd w:val="clear" w:color="auto" w:fill="584636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b/>
                <w:color w:val="FFFFFF"/>
                <w:sz w:val="20"/>
                <w:rtl/>
              </w:rPr>
              <w:t>العبارة العامة</w:t>
            </w:r>
          </w:p>
        </w:tc>
        <w:tc>
          <w:tcPr>
            <w:tcW w:w="5213" w:type="dxa"/>
            <w:shd w:val="clear" w:color="auto" w:fill="584636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b/>
                <w:color w:val="FFFFFF"/>
                <w:sz w:val="20"/>
                <w:rtl/>
              </w:rPr>
              <w:t>صياغة أوضح للمراجعة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لها حق العمل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يقر الزوج بموافقة الزوجة على استمرارها في عملها الحالي.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 xml:space="preserve">سكن </w:t>
            </w:r>
            <w:r>
              <w:rPr>
                <w:sz w:val="20"/>
                <w:rtl/>
              </w:rPr>
              <w:t>مناسب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يلتزم الزوج بتوفير سكن مستقل في مدينة محددة.</w:t>
            </w:r>
          </w:p>
        </w:tc>
      </w:tr>
      <w:tr w:rsidR="003D4375">
        <w:trPr>
          <w:jc w:val="center"/>
        </w:trPr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إكمال الدراسة</w:t>
            </w:r>
          </w:p>
        </w:tc>
        <w:tc>
          <w:tcPr>
            <w:tcW w:w="5213" w:type="dx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sz w:val="20"/>
                <w:rtl/>
              </w:rPr>
              <w:t>يوافق الزوج على إكمال الزوجة دراستها حتى المرحلة المحددة.</w:t>
            </w:r>
          </w:p>
        </w:tc>
      </w:tr>
    </w:tbl>
    <w:p w:rsidR="003D4375" w:rsidRDefault="00C16C33">
      <w:pPr>
        <w:bidi/>
        <w:jc w:val="right"/>
      </w:pPr>
      <w:r>
        <w:rPr>
          <w:b/>
          <w:color w:val="584636"/>
          <w:sz w:val="28"/>
        </w:rPr>
        <w:t xml:space="preserve">6. </w:t>
      </w:r>
      <w:r>
        <w:rPr>
          <w:b/>
          <w:bCs/>
          <w:color w:val="584636"/>
          <w:sz w:val="28"/>
          <w:szCs w:val="28"/>
          <w:rtl/>
        </w:rPr>
        <w:t>حالة</w:t>
      </w:r>
      <w:r>
        <w:rPr>
          <w:b/>
          <w:color w:val="584636"/>
          <w:sz w:val="28"/>
        </w:rPr>
        <w:t xml:space="preserve"> </w:t>
      </w:r>
      <w:r>
        <w:rPr>
          <w:b/>
          <w:bCs/>
          <w:color w:val="584636"/>
          <w:sz w:val="28"/>
          <w:szCs w:val="28"/>
          <w:rtl/>
        </w:rPr>
        <w:t>الأجانب</w:t>
      </w:r>
      <w:r>
        <w:rPr>
          <w:b/>
          <w:color w:val="584636"/>
          <w:sz w:val="28"/>
        </w:rPr>
        <w:t xml:space="preserve"> </w:t>
      </w:r>
      <w:r>
        <w:rPr>
          <w:b/>
          <w:bCs/>
          <w:color w:val="584636"/>
          <w:sz w:val="28"/>
          <w:szCs w:val="28"/>
          <w:rtl/>
        </w:rPr>
        <w:t>أو</w:t>
      </w:r>
      <w:r>
        <w:rPr>
          <w:b/>
          <w:color w:val="584636"/>
          <w:sz w:val="28"/>
        </w:rPr>
        <w:t xml:space="preserve"> </w:t>
      </w:r>
      <w:r>
        <w:rPr>
          <w:b/>
          <w:bCs/>
          <w:color w:val="584636"/>
          <w:sz w:val="28"/>
          <w:szCs w:val="28"/>
          <w:rtl/>
        </w:rPr>
        <w:t>المستندات</w:t>
      </w:r>
      <w:r>
        <w:rPr>
          <w:b/>
          <w:color w:val="584636"/>
          <w:sz w:val="28"/>
        </w:rPr>
        <w:t xml:space="preserve"> </w:t>
      </w:r>
      <w:r>
        <w:rPr>
          <w:b/>
          <w:bCs/>
          <w:color w:val="584636"/>
          <w:sz w:val="28"/>
          <w:szCs w:val="28"/>
          <w:rtl/>
        </w:rPr>
        <w:t>الخارجية</w:t>
      </w:r>
    </w:p>
    <w:p w:rsidR="003D4375" w:rsidRDefault="00C16C33">
      <w:pPr>
        <w:bidi/>
        <w:jc w:val="right"/>
      </w:pPr>
      <w:r>
        <w:rPr>
          <w:sz w:val="21"/>
        </w:rPr>
        <w:t>☐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أحد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الزوجين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غير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سعودي</w:t>
      </w:r>
      <w:r>
        <w:rPr>
          <w:sz w:val="21"/>
        </w:rPr>
        <w:t>.</w:t>
      </w:r>
    </w:p>
    <w:p w:rsidR="003D4375" w:rsidRDefault="00C16C33">
      <w:pPr>
        <w:bidi/>
        <w:jc w:val="right"/>
      </w:pPr>
      <w:r>
        <w:rPr>
          <w:sz w:val="21"/>
        </w:rPr>
        <w:t>☐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وجود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إقامة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أو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جواز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يحتاج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مطابقة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مع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البيانات</w:t>
      </w:r>
      <w:r>
        <w:rPr>
          <w:sz w:val="21"/>
        </w:rPr>
        <w:t>.</w:t>
      </w:r>
    </w:p>
    <w:p w:rsidR="003D4375" w:rsidRDefault="00C16C33">
      <w:pPr>
        <w:bidi/>
        <w:jc w:val="right"/>
      </w:pPr>
      <w:r>
        <w:rPr>
          <w:sz w:val="21"/>
        </w:rPr>
        <w:t>☐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وجود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مستند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صادر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من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خارج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المملكة</w:t>
      </w:r>
      <w:r>
        <w:rPr>
          <w:sz w:val="21"/>
        </w:rPr>
        <w:t>.</w:t>
      </w:r>
    </w:p>
    <w:p w:rsidR="003D4375" w:rsidRDefault="00C16C33">
      <w:pPr>
        <w:bidi/>
        <w:jc w:val="right"/>
      </w:pPr>
      <w:r>
        <w:rPr>
          <w:sz w:val="21"/>
        </w:rPr>
        <w:t>☐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الحاجة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إلى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ترجمة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أو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تصديق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مستند</w:t>
      </w:r>
      <w:r>
        <w:rPr>
          <w:sz w:val="21"/>
        </w:rPr>
        <w:t>.</w:t>
      </w:r>
    </w:p>
    <w:p w:rsidR="003D4375" w:rsidRDefault="00C16C33">
      <w:pPr>
        <w:bidi/>
        <w:jc w:val="right"/>
      </w:pPr>
      <w:r>
        <w:rPr>
          <w:sz w:val="21"/>
        </w:rPr>
        <w:t>☐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وجود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زواج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سابق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يحتاج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إثباتًا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أو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توثيقًا</w:t>
      </w:r>
      <w:r>
        <w:rPr>
          <w:sz w:val="21"/>
        </w:rPr>
        <w:t>.</w:t>
      </w:r>
    </w:p>
    <w:p w:rsidR="003D4375" w:rsidRDefault="00C16C33">
      <w:pPr>
        <w:bidi/>
        <w:jc w:val="right"/>
      </w:pPr>
      <w:r>
        <w:rPr>
          <w:sz w:val="21"/>
        </w:rPr>
        <w:t>☐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الحاجة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إلى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فحص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المسار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المناسب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قبل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تقديم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الطلب</w:t>
      </w:r>
      <w:r>
        <w:rPr>
          <w:sz w:val="21"/>
        </w:rPr>
        <w:t>.</w:t>
      </w:r>
    </w:p>
    <w:p w:rsidR="003D4375" w:rsidRDefault="00C16C33">
      <w:pPr>
        <w:bidi/>
        <w:jc w:val="right"/>
      </w:pPr>
      <w:r>
        <w:rPr>
          <w:b/>
          <w:color w:val="584636"/>
          <w:sz w:val="28"/>
        </w:rPr>
        <w:t xml:space="preserve">7. </w:t>
      </w:r>
      <w:r>
        <w:rPr>
          <w:b/>
          <w:bCs/>
          <w:color w:val="584636"/>
          <w:sz w:val="28"/>
          <w:szCs w:val="28"/>
          <w:rtl/>
        </w:rPr>
        <w:t>قائمة</w:t>
      </w:r>
      <w:r>
        <w:rPr>
          <w:b/>
          <w:color w:val="584636"/>
          <w:sz w:val="28"/>
        </w:rPr>
        <w:t xml:space="preserve"> </w:t>
      </w:r>
      <w:r>
        <w:rPr>
          <w:b/>
          <w:bCs/>
          <w:color w:val="584636"/>
          <w:sz w:val="28"/>
          <w:szCs w:val="28"/>
          <w:rtl/>
        </w:rPr>
        <w:t>مراجعة</w:t>
      </w:r>
      <w:r>
        <w:rPr>
          <w:b/>
          <w:color w:val="584636"/>
          <w:sz w:val="28"/>
        </w:rPr>
        <w:t xml:space="preserve"> </w:t>
      </w:r>
      <w:r>
        <w:rPr>
          <w:b/>
          <w:bCs/>
          <w:color w:val="584636"/>
          <w:sz w:val="28"/>
          <w:szCs w:val="28"/>
          <w:rtl/>
        </w:rPr>
        <w:t>قبل</w:t>
      </w:r>
      <w:r>
        <w:rPr>
          <w:b/>
          <w:color w:val="584636"/>
          <w:sz w:val="28"/>
        </w:rPr>
        <w:t xml:space="preserve"> </w:t>
      </w:r>
      <w:r>
        <w:rPr>
          <w:b/>
          <w:bCs/>
          <w:color w:val="584636"/>
          <w:sz w:val="28"/>
          <w:szCs w:val="28"/>
          <w:rtl/>
        </w:rPr>
        <w:t>الاعتماد</w:t>
      </w:r>
    </w:p>
    <w:p w:rsidR="003D4375" w:rsidRDefault="00C16C33">
      <w:pPr>
        <w:bidi/>
        <w:jc w:val="right"/>
      </w:pPr>
      <w:r>
        <w:rPr>
          <w:sz w:val="21"/>
        </w:rPr>
        <w:t>☐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تمت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مطابقة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أسماء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الزوجين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مع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الهوية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أو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الإقامة</w:t>
      </w:r>
      <w:r>
        <w:rPr>
          <w:sz w:val="21"/>
        </w:rPr>
        <w:t>.</w:t>
      </w:r>
    </w:p>
    <w:p w:rsidR="003D4375" w:rsidRDefault="00C16C33">
      <w:pPr>
        <w:bidi/>
        <w:jc w:val="right"/>
      </w:pPr>
      <w:r>
        <w:rPr>
          <w:sz w:val="21"/>
        </w:rPr>
        <w:t>☐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تمت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مراجعة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صفة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الولي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وبيانات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الشهود</w:t>
      </w:r>
      <w:r>
        <w:rPr>
          <w:sz w:val="21"/>
        </w:rPr>
        <w:t>.</w:t>
      </w:r>
    </w:p>
    <w:p w:rsidR="003D4375" w:rsidRDefault="00C16C33">
      <w:pPr>
        <w:bidi/>
        <w:jc w:val="right"/>
      </w:pPr>
      <w:r>
        <w:rPr>
          <w:sz w:val="21"/>
        </w:rPr>
        <w:t>☐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تم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تحديد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المهر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المقبوض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والمؤجل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بوضوح</w:t>
      </w:r>
      <w:r>
        <w:rPr>
          <w:sz w:val="21"/>
        </w:rPr>
        <w:t>.</w:t>
      </w:r>
    </w:p>
    <w:p w:rsidR="003D4375" w:rsidRDefault="00C16C33">
      <w:pPr>
        <w:bidi/>
        <w:jc w:val="right"/>
      </w:pPr>
      <w:r>
        <w:rPr>
          <w:sz w:val="21"/>
        </w:rPr>
        <w:t>☐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تمت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كتابة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الشروط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الخاصة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دون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عبارات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عامة</w:t>
      </w:r>
      <w:r>
        <w:rPr>
          <w:sz w:val="21"/>
        </w:rPr>
        <w:t>.</w:t>
      </w:r>
    </w:p>
    <w:p w:rsidR="003D4375" w:rsidRDefault="00C16C33">
      <w:pPr>
        <w:bidi/>
        <w:jc w:val="right"/>
      </w:pPr>
      <w:r>
        <w:rPr>
          <w:sz w:val="21"/>
        </w:rPr>
        <w:t>☐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تمت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مراجعة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حالة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الأجانب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أو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المستندات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الخارجية</w:t>
      </w:r>
      <w:r>
        <w:rPr>
          <w:sz w:val="21"/>
        </w:rPr>
        <w:t>.</w:t>
      </w:r>
    </w:p>
    <w:p w:rsidR="003D4375" w:rsidRDefault="00C16C33">
      <w:pPr>
        <w:bidi/>
        <w:jc w:val="right"/>
      </w:pPr>
      <w:r>
        <w:rPr>
          <w:sz w:val="21"/>
        </w:rPr>
        <w:t>☐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تم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تحديد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ما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إذا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كانت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الحالة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تحتاج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مراجعة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قانونية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قبل</w:t>
      </w:r>
      <w:r>
        <w:rPr>
          <w:sz w:val="21"/>
        </w:rPr>
        <w:t xml:space="preserve"> </w:t>
      </w:r>
      <w:r>
        <w:rPr>
          <w:sz w:val="21"/>
          <w:szCs w:val="21"/>
          <w:rtl/>
        </w:rPr>
        <w:t>التوثيق</w:t>
      </w:r>
      <w:r>
        <w:rPr>
          <w:sz w:val="21"/>
        </w:rPr>
        <w:t>.</w:t>
      </w:r>
    </w:p>
    <w:p w:rsidR="003D4375" w:rsidRDefault="00C16C33">
      <w:pPr>
        <w:bidi/>
        <w:jc w:val="right"/>
      </w:pPr>
      <w:r>
        <w:rPr>
          <w:b/>
          <w:bCs/>
          <w:color w:val="584636"/>
          <w:sz w:val="28"/>
          <w:szCs w:val="28"/>
          <w:rtl/>
        </w:rPr>
        <w:t>مراجعة</w:t>
      </w:r>
      <w:r>
        <w:rPr>
          <w:b/>
          <w:color w:val="584636"/>
          <w:sz w:val="28"/>
        </w:rPr>
        <w:t xml:space="preserve"> </w:t>
      </w:r>
      <w:r>
        <w:rPr>
          <w:b/>
          <w:bCs/>
          <w:color w:val="584636"/>
          <w:sz w:val="28"/>
          <w:szCs w:val="28"/>
          <w:rtl/>
        </w:rPr>
        <w:t>قانونية</w:t>
      </w:r>
      <w:r>
        <w:rPr>
          <w:b/>
          <w:color w:val="584636"/>
          <w:sz w:val="28"/>
        </w:rPr>
        <w:t xml:space="preserve"> </w:t>
      </w:r>
      <w:r>
        <w:rPr>
          <w:b/>
          <w:bCs/>
          <w:color w:val="584636"/>
          <w:sz w:val="28"/>
          <w:szCs w:val="28"/>
          <w:rtl/>
        </w:rPr>
        <w:t>قبل</w:t>
      </w:r>
      <w:r>
        <w:rPr>
          <w:b/>
          <w:color w:val="584636"/>
          <w:sz w:val="28"/>
        </w:rPr>
        <w:t xml:space="preserve"> </w:t>
      </w:r>
      <w:r>
        <w:rPr>
          <w:b/>
          <w:bCs/>
          <w:color w:val="584636"/>
          <w:sz w:val="28"/>
          <w:szCs w:val="28"/>
          <w:rtl/>
        </w:rPr>
        <w:t>الاعتماد</w:t>
      </w:r>
    </w:p>
    <w:tbl>
      <w:tblPr>
        <w:tblW w:w="0" w:type="auto"/>
        <w:jc w:val="center"/>
        <w:tblBorders>
          <w:top w:val="single" w:sz="10" w:space="0" w:color="584636"/>
          <w:left w:val="single" w:sz="10" w:space="0" w:color="584636"/>
          <w:bottom w:val="single" w:sz="10" w:space="0" w:color="584636"/>
          <w:right w:val="single" w:sz="10" w:space="0" w:color="584636"/>
          <w:insideH w:val="single" w:sz="10" w:space="0" w:color="584636"/>
          <w:insideV w:val="single" w:sz="10" w:space="0" w:color="584636"/>
        </w:tblBorders>
        <w:tblLook w:val="04A0" w:firstRow="1" w:lastRow="0" w:firstColumn="1" w:lastColumn="0" w:noHBand="0" w:noVBand="1"/>
      </w:tblPr>
      <w:tblGrid>
        <w:gridCol w:w="10426"/>
      </w:tblGrid>
      <w:tr w:rsidR="003D4375">
        <w:trPr>
          <w:jc w:val="center"/>
        </w:trPr>
        <w:tc>
          <w:tcPr>
            <w:tcW w:w="10426" w:type="dxa"/>
            <w:shd w:val="clear" w:color="auto" w:fill="F7F3EA"/>
            <w:vAlign w:val="center"/>
          </w:tcPr>
          <w:p w:rsidR="003D4375" w:rsidRDefault="00C16C33">
            <w:pPr>
              <w:bidi/>
              <w:jc w:val="right"/>
            </w:pPr>
            <w:r>
              <w:rPr>
                <w:color w:val="584636"/>
                <w:sz w:val="21"/>
                <w:rtl/>
              </w:rPr>
              <w:t xml:space="preserve">إذا كانت الحالة تتضمن شرطًا </w:t>
            </w:r>
            <w:r>
              <w:rPr>
                <w:color w:val="584636"/>
                <w:sz w:val="21"/>
                <w:rtl/>
              </w:rPr>
              <w:t>خاصًا، أو مهرًا مؤجلًا، أو طرفًا غير سعودي، أو مستندات خارجية، يمكن عرض التفاصيل الأولية على فريق شركة بي إم إس ليجل للمحاماة والاستشارات القانونية لتحديد المسار المناسب قبل الاعتماد.</w:t>
            </w:r>
            <w:r>
              <w:rPr>
                <w:color w:val="584636"/>
                <w:sz w:val="21"/>
                <w:rtl/>
              </w:rPr>
              <w:br/>
            </w:r>
            <w:r>
              <w:rPr>
                <w:color w:val="584636"/>
                <w:sz w:val="21"/>
                <w:rtl/>
              </w:rPr>
              <w:br/>
              <w:t>الهاتف/واتساب: +966 54 442 1246</w:t>
            </w:r>
            <w:r>
              <w:rPr>
                <w:color w:val="584636"/>
                <w:sz w:val="21"/>
                <w:rtl/>
              </w:rPr>
              <w:br/>
              <w:t>رقم الترخيص: 7053637679</w:t>
            </w:r>
            <w:r>
              <w:rPr>
                <w:color w:val="584636"/>
                <w:sz w:val="21"/>
                <w:rtl/>
              </w:rPr>
              <w:br/>
              <w:t>المقر: جدة - حي</w:t>
            </w:r>
            <w:r>
              <w:rPr>
                <w:color w:val="584636"/>
                <w:sz w:val="21"/>
                <w:rtl/>
              </w:rPr>
              <w:t xml:space="preserve"> المشرفة - شارع فلسطين - برج السفير</w:t>
            </w:r>
          </w:p>
        </w:tc>
      </w:tr>
    </w:tbl>
    <w:p w:rsidR="00C16C33" w:rsidRDefault="00C16C33"/>
    <w:sectPr w:rsidR="00C16C33" w:rsidSect="00034616">
      <w:footerReference w:type="default" r:id="rId8"/>
      <w:pgSz w:w="12240" w:h="15840"/>
      <w:pgMar w:top="907" w:right="907" w:bottom="850" w:left="90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6C33" w:rsidRDefault="00C16C33">
      <w:pPr>
        <w:spacing w:after="0" w:line="240" w:lineRule="auto"/>
      </w:pPr>
      <w:r>
        <w:separator/>
      </w:r>
    </w:p>
  </w:endnote>
  <w:endnote w:type="continuationSeparator" w:id="0">
    <w:p w:rsidR="00C16C33" w:rsidRDefault="00C16C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4375" w:rsidRDefault="00C16C33">
    <w:pPr>
      <w:pStyle w:val="a6"/>
      <w:bidi/>
      <w:jc w:val="center"/>
    </w:pPr>
    <w:r>
      <w:rPr>
        <w:color w:val="787878"/>
        <w:sz w:val="18"/>
        <w:szCs w:val="18"/>
        <w:rtl/>
      </w:rPr>
      <w:t>نموذج</w:t>
    </w:r>
    <w:r>
      <w:rPr>
        <w:color w:val="787878"/>
        <w:sz w:val="18"/>
      </w:rPr>
      <w:t xml:space="preserve"> </w:t>
    </w:r>
    <w:r>
      <w:rPr>
        <w:color w:val="787878"/>
        <w:sz w:val="18"/>
        <w:szCs w:val="18"/>
        <w:rtl/>
      </w:rPr>
      <w:t>استرشادي</w:t>
    </w:r>
    <w:r>
      <w:rPr>
        <w:color w:val="787878"/>
        <w:sz w:val="18"/>
      </w:rPr>
      <w:t xml:space="preserve"> - </w:t>
    </w:r>
    <w:r>
      <w:rPr>
        <w:color w:val="787878"/>
        <w:sz w:val="18"/>
        <w:szCs w:val="18"/>
        <w:rtl/>
      </w:rPr>
      <w:t>لا</w:t>
    </w:r>
    <w:r>
      <w:rPr>
        <w:color w:val="787878"/>
        <w:sz w:val="18"/>
      </w:rPr>
      <w:t xml:space="preserve"> </w:t>
    </w:r>
    <w:r>
      <w:rPr>
        <w:color w:val="787878"/>
        <w:sz w:val="18"/>
        <w:szCs w:val="18"/>
        <w:rtl/>
      </w:rPr>
      <w:t>يعد</w:t>
    </w:r>
    <w:r>
      <w:rPr>
        <w:color w:val="787878"/>
        <w:sz w:val="18"/>
      </w:rPr>
      <w:t xml:space="preserve"> </w:t>
    </w:r>
    <w:r>
      <w:rPr>
        <w:color w:val="787878"/>
        <w:sz w:val="18"/>
        <w:szCs w:val="18"/>
        <w:rtl/>
      </w:rPr>
      <w:t>وثيقة</w:t>
    </w:r>
    <w:r>
      <w:rPr>
        <w:color w:val="787878"/>
        <w:sz w:val="18"/>
      </w:rPr>
      <w:t xml:space="preserve"> </w:t>
    </w:r>
    <w:r>
      <w:rPr>
        <w:color w:val="787878"/>
        <w:sz w:val="18"/>
        <w:szCs w:val="18"/>
        <w:rtl/>
      </w:rPr>
      <w:t>رسمية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6C33" w:rsidRDefault="00C16C33">
      <w:pPr>
        <w:spacing w:after="0" w:line="240" w:lineRule="auto"/>
      </w:pPr>
      <w:r>
        <w:separator/>
      </w:r>
    </w:p>
  </w:footnote>
  <w:footnote w:type="continuationSeparator" w:id="0">
    <w:p w:rsidR="00C16C33" w:rsidRDefault="00C16C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D4375"/>
    <w:rsid w:val="0090127B"/>
    <w:rsid w:val="00AA1D8D"/>
    <w:rsid w:val="00B47730"/>
    <w:rsid w:val="00C16C33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300"/>
  <w15:docId w15:val="{68497533-BCEC-4B70-87BA-D554656FB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  <w:rPr>
      <w:rFonts w:ascii="Arial" w:hAnsi="Arial" w:cs="Arial"/>
    </w:rPr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عنوان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العنوان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نص أساسي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نص أساسي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نص أساسي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نص ماكرو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اقتباس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عنوان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عنوان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عنوان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عنوان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عنوان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اقتباس مكثف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9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a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b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c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d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e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1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7D2EF53-8E35-4B96-94B5-E4F2DBA17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588</Words>
  <Characters>3353</Characters>
  <Application>Microsoft Office Word</Application>
  <DocSecurity>0</DocSecurity>
  <Lines>27</Lines>
  <Paragraphs>7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3934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Maher</cp:lastModifiedBy>
  <cp:revision>2</cp:revision>
  <dcterms:created xsi:type="dcterms:W3CDTF">2026-06-09T17:58:00Z</dcterms:created>
  <dcterms:modified xsi:type="dcterms:W3CDTF">2026-06-09T17:58:00Z</dcterms:modified>
  <cp:category/>
</cp:coreProperties>
</file>